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D75265" w14:textId="6D9ED5E2" w:rsidR="00924492" w:rsidRPr="0097042B" w:rsidRDefault="0097042B" w:rsidP="006D656B">
      <w:pPr>
        <w:pStyle w:val="Titre1"/>
        <w:jc w:val="center"/>
        <w:rPr>
          <w:lang w:val="fr-FR"/>
        </w:rPr>
      </w:pPr>
      <w:bookmarkStart w:id="0" w:name="_GoBack"/>
      <w:bookmarkEnd w:id="0"/>
      <w:r w:rsidRPr="0097042B">
        <w:rPr>
          <w:noProof/>
          <w:sz w:val="36"/>
          <w:szCs w:val="36"/>
          <w:lang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8EDB50" wp14:editId="6D617822">
                <wp:simplePos x="0" y="0"/>
                <wp:positionH relativeFrom="column">
                  <wp:posOffset>5562599</wp:posOffset>
                </wp:positionH>
                <wp:positionV relativeFrom="paragraph">
                  <wp:posOffset>-121920</wp:posOffset>
                </wp:positionV>
                <wp:extent cx="860213" cy="751628"/>
                <wp:effectExtent l="0" t="0" r="3810" b="0"/>
                <wp:wrapNone/>
                <wp:docPr id="735431330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213" cy="7516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DC2788" w14:textId="78EA72D0" w:rsidR="0097042B" w:rsidRDefault="0097042B">
                            <w:r>
                              <w:rPr>
                                <w:noProof/>
                                <w:lang/>
                              </w:rPr>
                              <w:drawing>
                                <wp:inline distT="0" distB="0" distL="0" distR="0" wp14:anchorId="55438355" wp14:editId="08062C8E">
                                  <wp:extent cx="704427" cy="704427"/>
                                  <wp:effectExtent l="0" t="0" r="0" b="0"/>
                                  <wp:docPr id="1799064700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9064700" name="Image 1799064700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0995" cy="710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8EDB50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438pt;margin-top:-9.6pt;width:67.75pt;height:5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" fillcolor="white [3201]" stroked="f" strokeweight=".5pt">
                <v:textbox>
                  <w:txbxContent>
                    <w:p w14:paraId="71DC2788" w14:textId="78EA72D0" w:rsidR="0097042B" w:rsidRDefault="0097042B">
                      <w:r>
                        <w:rPr>
                          <w:noProof/>
                          <w:lang/>
                        </w:rPr>
                        <w:drawing>
                          <wp:inline distT="0" distB="0" distL="0" distR="0" wp14:anchorId="55438355" wp14:editId="08062C8E">
                            <wp:extent cx="704427" cy="704427"/>
                            <wp:effectExtent l="0" t="0" r="0" b="0"/>
                            <wp:docPr id="1799064700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9064700" name="Image 1799064700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0995" cy="710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7042B">
        <w:rPr>
          <w:noProof/>
          <w:sz w:val="36"/>
          <w:szCs w:val="36"/>
          <w:lang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6A0E8D" wp14:editId="7D862CE8">
                <wp:simplePos x="0" y="0"/>
                <wp:positionH relativeFrom="column">
                  <wp:posOffset>-506307</wp:posOffset>
                </wp:positionH>
                <wp:positionV relativeFrom="paragraph">
                  <wp:posOffset>-325120</wp:posOffset>
                </wp:positionV>
                <wp:extent cx="1165014" cy="907627"/>
                <wp:effectExtent l="0" t="0" r="3810" b="0"/>
                <wp:wrapNone/>
                <wp:docPr id="150851146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014" cy="9076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8DB47D" w14:textId="19C496AA" w:rsidR="0097042B" w:rsidRDefault="0097042B">
                            <w:r>
                              <w:rPr>
                                <w:noProof/>
                                <w:lang/>
                              </w:rPr>
                              <w:drawing>
                                <wp:inline distT="0" distB="0" distL="0" distR="0" wp14:anchorId="25D4BC3F" wp14:editId="0B3C633E">
                                  <wp:extent cx="968587" cy="968587"/>
                                  <wp:effectExtent l="0" t="0" r="0" b="0"/>
                                  <wp:docPr id="196358595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3585952" name="Image 1963585952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8025" cy="978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A0E8D" id="Zone de texte 1" o:spid="_x0000_s1027" type="#_x0000_t202" style="position:absolute;left:0;text-align:left;margin-left:-39.85pt;margin-top:-25.6pt;width:91.75pt;height:7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" fillcolor="white [3201]" stroked="f" strokeweight=".5pt">
                <v:textbox>
                  <w:txbxContent>
                    <w:p w14:paraId="648DB47D" w14:textId="19C496AA" w:rsidR="0097042B" w:rsidRDefault="0097042B">
                      <w:r>
                        <w:rPr>
                          <w:noProof/>
                          <w:lang/>
                        </w:rPr>
                        <w:drawing>
                          <wp:inline distT="0" distB="0" distL="0" distR="0" wp14:anchorId="25D4BC3F" wp14:editId="0B3C633E">
                            <wp:extent cx="968587" cy="968587"/>
                            <wp:effectExtent l="0" t="0" r="0" b="0"/>
                            <wp:docPr id="196358595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3585952" name="Image 1963585952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8025" cy="978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7042B">
        <w:rPr>
          <w:sz w:val="36"/>
          <w:szCs w:val="36"/>
          <w:lang w:val="fr-FR"/>
        </w:rPr>
        <w:t xml:space="preserve">         FICHE DE RECHERCHE DE LOGEMENT ÉTUDIANT</w:t>
      </w:r>
    </w:p>
    <w:p w14:paraId="4FEF8E68" w14:textId="77777777" w:rsidR="006D656B" w:rsidRPr="0097042B" w:rsidRDefault="006D656B">
      <w:pPr>
        <w:rPr>
          <w:lang w:val="fr-FR"/>
        </w:rPr>
      </w:pPr>
    </w:p>
    <w:p w14:paraId="2906F39D" w14:textId="1CE673A7" w:rsidR="00924492" w:rsidRPr="0097042B" w:rsidRDefault="00A71057">
      <w:pPr>
        <w:rPr>
          <w:lang w:val="fr-FR"/>
        </w:rPr>
      </w:pPr>
      <w:r w:rsidRPr="0097042B">
        <w:rPr>
          <w:lang w:val="fr-FR"/>
        </w:rPr>
        <w:t>Ville choisie : .....................................................</w:t>
      </w:r>
    </w:p>
    <w:p w14:paraId="706866F1" w14:textId="1F9B998E" w:rsidR="006D656B" w:rsidRPr="0097042B" w:rsidRDefault="006D656B" w:rsidP="006D656B">
      <w:pPr>
        <w:pStyle w:val="Titre2"/>
        <w:rPr>
          <w:lang w:val="fr-FR"/>
        </w:rPr>
      </w:pPr>
      <w:r w:rsidRPr="0097042B">
        <w:rPr>
          <w:lang w:val="fr-FR"/>
        </w:rPr>
        <w:t>Mon projet d’études</w:t>
      </w:r>
    </w:p>
    <w:p w14:paraId="0075E597" w14:textId="2FBF10E3" w:rsidR="00924492" w:rsidRPr="0097042B" w:rsidRDefault="00A71057">
      <w:pPr>
        <w:rPr>
          <w:lang w:val="fr-FR"/>
        </w:rPr>
      </w:pPr>
      <w:r w:rsidRPr="0097042B">
        <w:rPr>
          <w:lang w:val="fr-FR"/>
        </w:rPr>
        <w:t>Nom de l’établissement : ................................................</w:t>
      </w:r>
      <w:r w:rsidR="006D656B" w:rsidRPr="0097042B">
        <w:rPr>
          <w:lang w:val="fr-FR"/>
        </w:rPr>
        <w:t>....................................................................................</w:t>
      </w:r>
    </w:p>
    <w:p w14:paraId="45F573A6" w14:textId="3E3692E4" w:rsidR="00924492" w:rsidRPr="0097042B" w:rsidRDefault="00A71057">
      <w:pPr>
        <w:rPr>
          <w:lang w:val="fr-FR"/>
        </w:rPr>
      </w:pPr>
      <w:r w:rsidRPr="0097042B">
        <w:rPr>
          <w:lang w:val="fr-FR"/>
        </w:rPr>
        <w:t>Adresse de l’établissement : .....................................................</w:t>
      </w:r>
      <w:r w:rsidR="006D656B" w:rsidRPr="0097042B">
        <w:rPr>
          <w:lang w:val="fr-FR"/>
        </w:rPr>
        <w:t>..............................................................................</w:t>
      </w:r>
    </w:p>
    <w:p w14:paraId="74627E12" w14:textId="5DA4EB0F" w:rsidR="00924492" w:rsidRPr="0097042B" w:rsidRDefault="00A71057">
      <w:pPr>
        <w:pStyle w:val="Titre2"/>
        <w:rPr>
          <w:lang w:val="fr-FR"/>
        </w:rPr>
      </w:pPr>
      <w:r w:rsidRPr="0097042B">
        <w:rPr>
          <w:lang w:val="fr-FR"/>
        </w:rPr>
        <w:t xml:space="preserve"> Localisat</w:t>
      </w:r>
      <w:r w:rsidRPr="0097042B">
        <w:rPr>
          <w:lang w:val="fr-FR"/>
        </w:rPr>
        <w:t>ion &amp; accessibilité</w:t>
      </w:r>
    </w:p>
    <w:p w14:paraId="018B6AE2" w14:textId="77777777" w:rsidR="00924492" w:rsidRPr="0097042B" w:rsidRDefault="00A71057">
      <w:pPr>
        <w:rPr>
          <w:lang w:val="fr-FR"/>
        </w:rPr>
      </w:pPr>
      <w:r w:rsidRPr="0097042B">
        <w:rPr>
          <w:lang w:val="fr-FR"/>
        </w:rPr>
        <w:t>Quartiers repérés : .....................................................</w:t>
      </w:r>
    </w:p>
    <w:p w14:paraId="5C901A9F" w14:textId="77777777" w:rsidR="00924492" w:rsidRPr="0097042B" w:rsidRDefault="00A71057">
      <w:pPr>
        <w:rPr>
          <w:lang w:val="fr-FR"/>
        </w:rPr>
      </w:pPr>
      <w:r w:rsidRPr="0097042B">
        <w:rPr>
          <w:lang w:val="fr-FR"/>
        </w:rPr>
        <w:t>Distance logement → établissement : .......... km / .......... min</w:t>
      </w:r>
    </w:p>
    <w:p w14:paraId="1F5A1A49" w14:textId="77777777" w:rsidR="00924492" w:rsidRPr="0097042B" w:rsidRDefault="00A71057">
      <w:pPr>
        <w:rPr>
          <w:lang w:val="fr-FR"/>
        </w:rPr>
      </w:pPr>
      <w:r w:rsidRPr="0097042B">
        <w:rPr>
          <w:lang w:val="fr-FR"/>
        </w:rPr>
        <w:t>Moyens de transport possibles :</w:t>
      </w:r>
    </w:p>
    <w:p w14:paraId="5EAF1D43" w14:textId="77777777" w:rsidR="00924492" w:rsidRPr="0097042B" w:rsidRDefault="00A71057">
      <w:pPr>
        <w:rPr>
          <w:lang w:val="fr-FR"/>
        </w:rPr>
      </w:pPr>
      <w:r w:rsidRPr="0097042B">
        <w:rPr>
          <w:lang w:val="fr-FR"/>
        </w:rPr>
        <w:t>☐</w:t>
      </w:r>
      <w:r w:rsidRPr="0097042B">
        <w:rPr>
          <w:lang w:val="fr-FR"/>
        </w:rPr>
        <w:t xml:space="preserve"> À pied   ☐ Vélo   ☐ Bus / Tram / Métro</w:t>
      </w:r>
    </w:p>
    <w:p w14:paraId="7F027CC3" w14:textId="77777777" w:rsidR="00924492" w:rsidRPr="0097042B" w:rsidRDefault="00A71057">
      <w:pPr>
        <w:rPr>
          <w:lang w:val="fr-FR"/>
        </w:rPr>
      </w:pPr>
      <w:r w:rsidRPr="0097042B">
        <w:rPr>
          <w:lang w:val="fr-FR"/>
        </w:rPr>
        <w:t>Temps de trajet estimé</w:t>
      </w:r>
      <w:r w:rsidRPr="0097042B">
        <w:rPr>
          <w:lang w:val="fr-FR"/>
        </w:rPr>
        <w:t xml:space="preserve"> : .....................................................</w:t>
      </w:r>
    </w:p>
    <w:p w14:paraId="1D79347C" w14:textId="77777777" w:rsidR="00924492" w:rsidRPr="0097042B" w:rsidRDefault="00A71057">
      <w:pPr>
        <w:rPr>
          <w:lang w:val="fr-FR"/>
        </w:rPr>
      </w:pPr>
      <w:r w:rsidRPr="0097042B">
        <w:rPr>
          <w:lang w:val="fr-FR"/>
        </w:rPr>
        <w:t>Question : Est-ce que ce trajet me semble réaliste au quotidien ?</w:t>
      </w:r>
    </w:p>
    <w:p w14:paraId="4DDF4540" w14:textId="0393C115" w:rsidR="00924492" w:rsidRPr="0097042B" w:rsidRDefault="00A71057">
      <w:pPr>
        <w:rPr>
          <w:lang w:val="fr-FR"/>
        </w:rPr>
      </w:pPr>
      <w:r w:rsidRPr="0097042B">
        <w:rPr>
          <w:lang w:val="fr-FR"/>
        </w:rPr>
        <w:t>....................................................................................</w:t>
      </w:r>
      <w:r w:rsidR="006D656B" w:rsidRPr="0097042B">
        <w:rPr>
          <w:lang w:val="fr-FR"/>
        </w:rPr>
        <w:t>.............................................</w:t>
      </w:r>
    </w:p>
    <w:p w14:paraId="097077AD" w14:textId="4750C6F2" w:rsidR="00924492" w:rsidRPr="0097042B" w:rsidRDefault="00A71057">
      <w:pPr>
        <w:pStyle w:val="Titre2"/>
        <w:rPr>
          <w:lang w:val="fr-FR"/>
        </w:rPr>
      </w:pPr>
      <w:r w:rsidRPr="0097042B">
        <w:rPr>
          <w:lang w:val="fr-FR"/>
        </w:rPr>
        <w:t xml:space="preserve">Le </w:t>
      </w:r>
      <w:r w:rsidRPr="0097042B">
        <w:rPr>
          <w:lang w:val="fr-FR"/>
        </w:rPr>
        <w:t>logement repéré (1 fiche par logement)</w:t>
      </w:r>
    </w:p>
    <w:p w14:paraId="7FDFCBFC" w14:textId="77777777" w:rsidR="006D656B" w:rsidRPr="0097042B" w:rsidRDefault="00A71057">
      <w:pPr>
        <w:rPr>
          <w:lang w:val="fr-FR"/>
        </w:rPr>
      </w:pPr>
      <w:r w:rsidRPr="0097042B">
        <w:rPr>
          <w:lang w:val="fr-FR"/>
        </w:rPr>
        <w:t>Type : ☐ Studio ☐ T1</w:t>
      </w:r>
      <w:r w:rsidR="006D656B" w:rsidRPr="0097042B">
        <w:rPr>
          <w:lang w:val="fr-FR"/>
        </w:rPr>
        <w:t xml:space="preserve"> </w:t>
      </w:r>
      <w:r w:rsidR="006D656B" w:rsidRPr="0097042B">
        <w:rPr>
          <w:rFonts w:ascii="Segoe UI Symbol" w:hAnsi="Segoe UI Symbol" w:cs="Segoe UI Symbol"/>
          <w:lang w:val="fr-FR"/>
        </w:rPr>
        <w:t>☐</w:t>
      </w:r>
      <w:r w:rsidR="006D656B" w:rsidRPr="0097042B">
        <w:rPr>
          <w:lang w:val="fr-FR"/>
        </w:rPr>
        <w:t xml:space="preserve"> T2 </w:t>
      </w:r>
      <w:r w:rsidRPr="0097042B">
        <w:rPr>
          <w:lang w:val="fr-FR"/>
        </w:rPr>
        <w:t xml:space="preserve"> ☐ Colocation </w:t>
      </w:r>
    </w:p>
    <w:p w14:paraId="3AABF001" w14:textId="15018433" w:rsidR="00924492" w:rsidRPr="0097042B" w:rsidRDefault="00A71057">
      <w:pPr>
        <w:rPr>
          <w:lang w:val="fr-FR"/>
        </w:rPr>
      </w:pPr>
      <w:r w:rsidRPr="0097042B">
        <w:rPr>
          <w:lang w:val="fr-FR"/>
        </w:rPr>
        <w:t>Résidence étudiante</w:t>
      </w:r>
      <w:r w:rsidR="006D656B" w:rsidRPr="0097042B">
        <w:rPr>
          <w:lang w:val="fr-FR"/>
        </w:rPr>
        <w:t xml:space="preserve">: </w:t>
      </w:r>
      <w:r w:rsidR="006D656B" w:rsidRPr="0097042B">
        <w:rPr>
          <w:rFonts w:ascii="Segoe UI Symbol" w:hAnsi="Segoe UI Symbol" w:cs="Segoe UI Symbol"/>
          <w:lang w:val="fr-FR"/>
        </w:rPr>
        <w:t>☐ CROUS ☐ Privée</w:t>
      </w:r>
    </w:p>
    <w:p w14:paraId="71232D21" w14:textId="77777777" w:rsidR="00924492" w:rsidRPr="0097042B" w:rsidRDefault="00A71057">
      <w:pPr>
        <w:rPr>
          <w:lang w:val="fr-FR"/>
        </w:rPr>
      </w:pPr>
      <w:r w:rsidRPr="0097042B">
        <w:rPr>
          <w:lang w:val="fr-FR"/>
        </w:rPr>
        <w:t>Meublé : ☐ Oui ☐ Non</w:t>
      </w:r>
    </w:p>
    <w:p w14:paraId="6D8731DD" w14:textId="5678831D" w:rsidR="00924492" w:rsidRPr="0097042B" w:rsidRDefault="00A71057">
      <w:pPr>
        <w:rPr>
          <w:lang w:val="fr-FR"/>
        </w:rPr>
      </w:pPr>
      <w:r w:rsidRPr="0097042B">
        <w:rPr>
          <w:lang w:val="fr-FR"/>
        </w:rPr>
        <w:t>Surface : .......... m²</w:t>
      </w:r>
      <w:r w:rsidR="00B77A02">
        <w:rPr>
          <w:lang w:val="fr-FR"/>
        </w:rPr>
        <w:t xml:space="preserve">            </w:t>
      </w:r>
    </w:p>
    <w:p w14:paraId="2D2BD440" w14:textId="189CFB57" w:rsidR="00924492" w:rsidRPr="0097042B" w:rsidRDefault="00A71057">
      <w:pPr>
        <w:rPr>
          <w:lang w:val="fr-FR"/>
        </w:rPr>
      </w:pPr>
      <w:r w:rsidRPr="0097042B">
        <w:rPr>
          <w:lang w:val="fr-FR"/>
        </w:rPr>
        <w:t>Étage : ..........</w:t>
      </w:r>
      <w:r w:rsidR="00B77A02">
        <w:rPr>
          <w:lang w:val="fr-FR"/>
        </w:rPr>
        <w:t>....</w:t>
      </w:r>
      <w:r w:rsidR="006D656B" w:rsidRPr="0097042B">
        <w:rPr>
          <w:lang w:val="fr-FR"/>
        </w:rPr>
        <w:t xml:space="preserve">                </w:t>
      </w:r>
      <w:r w:rsidRPr="0097042B">
        <w:rPr>
          <w:lang w:val="fr-FR"/>
        </w:rPr>
        <w:t>D</w:t>
      </w:r>
      <w:r w:rsidR="006D656B" w:rsidRPr="0097042B">
        <w:rPr>
          <w:lang w:val="fr-FR"/>
        </w:rPr>
        <w:t>urée du bail:</w:t>
      </w:r>
      <w:r w:rsidRPr="0097042B">
        <w:rPr>
          <w:lang w:val="fr-FR"/>
        </w:rPr>
        <w:t xml:space="preserve"> .....................................................</w:t>
      </w:r>
    </w:p>
    <w:p w14:paraId="057A60DD" w14:textId="77777777" w:rsidR="00924492" w:rsidRPr="0097042B" w:rsidRDefault="00A71057">
      <w:pPr>
        <w:pStyle w:val="Titre2"/>
        <w:rPr>
          <w:lang w:val="fr-FR"/>
        </w:rPr>
      </w:pPr>
      <w:r w:rsidRPr="0097042B">
        <w:rPr>
          <w:lang w:val="fr-FR"/>
        </w:rPr>
        <w:t>Budget</w:t>
      </w:r>
    </w:p>
    <w:p w14:paraId="0C51C875" w14:textId="38AC4B0E" w:rsidR="00924492" w:rsidRPr="0097042B" w:rsidRDefault="00A71057">
      <w:pPr>
        <w:rPr>
          <w:lang w:val="fr-FR"/>
        </w:rPr>
      </w:pPr>
      <w:r w:rsidRPr="0097042B">
        <w:rPr>
          <w:lang w:val="fr-FR"/>
        </w:rPr>
        <w:t>Loyer : ..........</w:t>
      </w:r>
      <w:r w:rsidR="006D656B" w:rsidRPr="0097042B">
        <w:rPr>
          <w:lang w:val="fr-FR"/>
        </w:rPr>
        <w:t>......................</w:t>
      </w:r>
      <w:r w:rsidRPr="0097042B">
        <w:rPr>
          <w:lang w:val="fr-FR"/>
        </w:rPr>
        <w:t>€</w:t>
      </w:r>
      <w:r w:rsidR="006D656B" w:rsidRPr="0097042B">
        <w:rPr>
          <w:lang w:val="fr-FR"/>
        </w:rPr>
        <w:t xml:space="preserve">             </w:t>
      </w:r>
      <w:r w:rsidRPr="0097042B">
        <w:rPr>
          <w:lang w:val="fr-FR"/>
        </w:rPr>
        <w:t>Charges : ..........</w:t>
      </w:r>
      <w:r w:rsidR="006D656B" w:rsidRPr="0097042B">
        <w:rPr>
          <w:lang w:val="fr-FR"/>
        </w:rPr>
        <w:t>.................</w:t>
      </w:r>
      <w:r w:rsidRPr="0097042B">
        <w:rPr>
          <w:lang w:val="fr-FR"/>
        </w:rPr>
        <w:t>€</w:t>
      </w:r>
    </w:p>
    <w:p w14:paraId="3883E64E" w14:textId="64647E46" w:rsidR="00924492" w:rsidRPr="0097042B" w:rsidRDefault="00A71057">
      <w:pPr>
        <w:rPr>
          <w:lang w:val="fr-FR"/>
        </w:rPr>
      </w:pPr>
      <w:r w:rsidRPr="0097042B">
        <w:rPr>
          <w:lang w:val="fr-FR"/>
        </w:rPr>
        <w:t>Loyer total : ..........</w:t>
      </w:r>
      <w:r w:rsidR="006D656B" w:rsidRPr="0097042B">
        <w:rPr>
          <w:lang w:val="fr-FR"/>
        </w:rPr>
        <w:t>..........</w:t>
      </w:r>
      <w:r w:rsidRPr="0097042B">
        <w:rPr>
          <w:lang w:val="fr-FR"/>
        </w:rPr>
        <w:t xml:space="preserve"> €</w:t>
      </w:r>
    </w:p>
    <w:p w14:paraId="6E7EAE8E" w14:textId="625050BF" w:rsidR="00924492" w:rsidRPr="0097042B" w:rsidRDefault="00A71057">
      <w:pPr>
        <w:rPr>
          <w:lang w:val="fr-FR"/>
        </w:rPr>
      </w:pPr>
      <w:r w:rsidRPr="0097042B">
        <w:rPr>
          <w:lang w:val="fr-FR"/>
        </w:rPr>
        <w:lastRenderedPageBreak/>
        <w:t>Dépôt de garantie : ..........</w:t>
      </w:r>
      <w:r w:rsidR="006D656B" w:rsidRPr="0097042B">
        <w:rPr>
          <w:lang w:val="fr-FR"/>
        </w:rPr>
        <w:t>.................</w:t>
      </w:r>
      <w:r w:rsidRPr="0097042B">
        <w:rPr>
          <w:lang w:val="fr-FR"/>
        </w:rPr>
        <w:t xml:space="preserve"> €</w:t>
      </w:r>
      <w:r w:rsidR="006D656B" w:rsidRPr="0097042B">
        <w:rPr>
          <w:lang w:val="fr-FR"/>
        </w:rPr>
        <w:t xml:space="preserve">              </w:t>
      </w:r>
      <w:r w:rsidRPr="0097042B">
        <w:rPr>
          <w:lang w:val="fr-FR"/>
        </w:rPr>
        <w:t>Frais d’agence : .........</w:t>
      </w:r>
      <w:r w:rsidR="006D656B" w:rsidRPr="0097042B">
        <w:rPr>
          <w:lang w:val="fr-FR"/>
        </w:rPr>
        <w:t>.................</w:t>
      </w:r>
      <w:r w:rsidRPr="0097042B">
        <w:rPr>
          <w:lang w:val="fr-FR"/>
        </w:rPr>
        <w:t xml:space="preserve"> €</w:t>
      </w:r>
    </w:p>
    <w:p w14:paraId="0CFB7DCB" w14:textId="77777777" w:rsidR="00924492" w:rsidRPr="0097042B" w:rsidRDefault="00A71057">
      <w:pPr>
        <w:rPr>
          <w:lang w:val="fr-FR"/>
        </w:rPr>
      </w:pPr>
      <w:r w:rsidRPr="0097042B">
        <w:rPr>
          <w:lang w:val="fr-FR"/>
        </w:rPr>
        <w:t>Question : Est-ce que ce logement est dans mon budget ?</w:t>
      </w:r>
    </w:p>
    <w:p w14:paraId="27158022" w14:textId="77777777" w:rsidR="00924492" w:rsidRPr="0097042B" w:rsidRDefault="00A71057">
      <w:pPr>
        <w:rPr>
          <w:lang w:val="fr-FR"/>
        </w:rPr>
      </w:pPr>
      <w:r w:rsidRPr="0097042B">
        <w:rPr>
          <w:lang w:val="fr-FR"/>
        </w:rPr>
        <w:t>....................................................................................</w:t>
      </w:r>
    </w:p>
    <w:p w14:paraId="7EE15258" w14:textId="77777777" w:rsidR="00924492" w:rsidRPr="0097042B" w:rsidRDefault="00A71057">
      <w:pPr>
        <w:pStyle w:val="Titre2"/>
        <w:rPr>
          <w:lang w:val="fr-FR"/>
        </w:rPr>
      </w:pPr>
      <w:r w:rsidRPr="0097042B">
        <w:rPr>
          <w:lang w:val="fr-FR"/>
        </w:rPr>
        <w:t>Équipements &amp; confort</w:t>
      </w:r>
    </w:p>
    <w:p w14:paraId="2520EA70" w14:textId="482B61A1" w:rsidR="00924492" w:rsidRPr="0097042B" w:rsidRDefault="00A71057">
      <w:pPr>
        <w:rPr>
          <w:lang w:val="fr-FR"/>
        </w:rPr>
      </w:pPr>
      <w:r w:rsidRPr="0097042B">
        <w:rPr>
          <w:lang w:val="fr-FR"/>
        </w:rPr>
        <w:t>Cuisine équipée : ☐ Oui ☐ Non</w:t>
      </w:r>
      <w:r w:rsidR="006D656B" w:rsidRPr="0097042B">
        <w:rPr>
          <w:lang w:val="fr-FR"/>
        </w:rPr>
        <w:t xml:space="preserve">                    Salle de bain privée : </w:t>
      </w:r>
      <w:r w:rsidR="006D656B" w:rsidRPr="0097042B">
        <w:rPr>
          <w:rFonts w:ascii="Segoe UI Symbol" w:hAnsi="Segoe UI Symbol" w:cs="Segoe UI Symbol"/>
          <w:lang w:val="fr-FR"/>
        </w:rPr>
        <w:t>☐</w:t>
      </w:r>
      <w:r w:rsidR="00B77A02">
        <w:rPr>
          <w:rFonts w:ascii="Segoe UI Symbol" w:hAnsi="Segoe UI Symbol" w:cs="Segoe UI Symbol"/>
          <w:lang w:val="fr-FR"/>
        </w:rPr>
        <w:t xml:space="preserve">  </w:t>
      </w:r>
      <w:r w:rsidR="006D656B" w:rsidRPr="0097042B">
        <w:rPr>
          <w:lang w:val="fr-FR"/>
        </w:rPr>
        <w:t xml:space="preserve"> Oui </w:t>
      </w:r>
      <w:r w:rsidR="006D656B" w:rsidRPr="0097042B">
        <w:rPr>
          <w:rFonts w:ascii="Segoe UI Symbol" w:hAnsi="Segoe UI Symbol" w:cs="Segoe UI Symbol"/>
          <w:lang w:val="fr-FR"/>
        </w:rPr>
        <w:t>☐</w:t>
      </w:r>
      <w:r w:rsidR="006D656B" w:rsidRPr="0097042B">
        <w:rPr>
          <w:lang w:val="fr-FR"/>
        </w:rPr>
        <w:t xml:space="preserve"> Non</w:t>
      </w:r>
    </w:p>
    <w:p w14:paraId="516721EF" w14:textId="5A72A9E7" w:rsidR="006D656B" w:rsidRPr="0097042B" w:rsidRDefault="006D656B" w:rsidP="006D656B">
      <w:pPr>
        <w:rPr>
          <w:lang w:val="fr-FR"/>
        </w:rPr>
      </w:pPr>
      <w:r w:rsidRPr="0097042B">
        <w:rPr>
          <w:lang w:val="fr-FR"/>
        </w:rPr>
        <w:t xml:space="preserve"> Internet : </w:t>
      </w:r>
      <w:r w:rsidRPr="0097042B">
        <w:rPr>
          <w:rFonts w:ascii="Segoe UI Symbol" w:hAnsi="Segoe UI Symbol" w:cs="Segoe UI Symbol"/>
          <w:lang w:val="fr-FR"/>
        </w:rPr>
        <w:t>☐</w:t>
      </w:r>
      <w:r w:rsidRPr="0097042B">
        <w:rPr>
          <w:lang w:val="fr-FR"/>
        </w:rPr>
        <w:t xml:space="preserve"> Oui </w:t>
      </w:r>
      <w:r w:rsidRPr="0097042B">
        <w:rPr>
          <w:rFonts w:ascii="Segoe UI Symbol" w:hAnsi="Segoe UI Symbol" w:cs="Segoe UI Symbol"/>
          <w:lang w:val="fr-FR"/>
        </w:rPr>
        <w:t>☐</w:t>
      </w:r>
      <w:r w:rsidRPr="0097042B">
        <w:rPr>
          <w:lang w:val="fr-FR"/>
        </w:rPr>
        <w:t xml:space="preserve"> Non                                  </w:t>
      </w:r>
      <w:r w:rsidR="00B77A02">
        <w:rPr>
          <w:lang w:val="fr-FR"/>
        </w:rPr>
        <w:t>Balcon</w:t>
      </w:r>
      <w:r w:rsidR="00B77A02" w:rsidRPr="0097042B">
        <w:rPr>
          <w:lang w:val="fr-FR"/>
        </w:rPr>
        <w:t xml:space="preserve"> : </w:t>
      </w:r>
      <w:r w:rsidR="00B77A02" w:rsidRPr="0097042B">
        <w:rPr>
          <w:rFonts w:ascii="Segoe UI Symbol" w:hAnsi="Segoe UI Symbol" w:cs="Segoe UI Symbol"/>
          <w:lang w:val="fr-FR"/>
        </w:rPr>
        <w:t>☐</w:t>
      </w:r>
      <w:r w:rsidR="00B77A02" w:rsidRPr="0097042B">
        <w:rPr>
          <w:lang w:val="fr-FR"/>
        </w:rPr>
        <w:t xml:space="preserve"> Oui </w:t>
      </w:r>
      <w:r w:rsidR="00B77A02" w:rsidRPr="0097042B">
        <w:rPr>
          <w:rFonts w:ascii="Segoe UI Symbol" w:hAnsi="Segoe UI Symbol" w:cs="Segoe UI Symbol"/>
          <w:lang w:val="fr-FR"/>
        </w:rPr>
        <w:t>☐</w:t>
      </w:r>
      <w:r w:rsidR="00B77A02" w:rsidRPr="0097042B">
        <w:rPr>
          <w:lang w:val="fr-FR"/>
        </w:rPr>
        <w:t xml:space="preserve"> Non </w:t>
      </w:r>
      <w:r w:rsidR="00B77A02">
        <w:rPr>
          <w:lang w:val="fr-FR"/>
        </w:rPr>
        <w:t xml:space="preserve">        </w:t>
      </w:r>
      <w:r w:rsidRPr="0097042B">
        <w:rPr>
          <w:lang w:val="fr-FR"/>
        </w:rPr>
        <w:t xml:space="preserve">Laverie : </w:t>
      </w:r>
      <w:r w:rsidRPr="0097042B">
        <w:rPr>
          <w:rFonts w:ascii="Segoe UI Symbol" w:hAnsi="Segoe UI Symbol" w:cs="Segoe UI Symbol"/>
          <w:lang w:val="fr-FR"/>
        </w:rPr>
        <w:t>☐</w:t>
      </w:r>
      <w:r w:rsidRPr="0097042B">
        <w:rPr>
          <w:lang w:val="fr-FR"/>
        </w:rPr>
        <w:t xml:space="preserve"> Oui </w:t>
      </w:r>
      <w:r w:rsidRPr="0097042B">
        <w:rPr>
          <w:rFonts w:ascii="Segoe UI Symbol" w:hAnsi="Segoe UI Symbol" w:cs="Segoe UI Symbol"/>
          <w:lang w:val="fr-FR"/>
        </w:rPr>
        <w:t>☐</w:t>
      </w:r>
      <w:r w:rsidRPr="0097042B">
        <w:rPr>
          <w:lang w:val="fr-FR"/>
        </w:rPr>
        <w:t xml:space="preserve"> Non</w:t>
      </w:r>
    </w:p>
    <w:p w14:paraId="43C3E555" w14:textId="53CCBF6E" w:rsidR="00924492" w:rsidRPr="0097042B" w:rsidRDefault="00A71057">
      <w:pPr>
        <w:rPr>
          <w:lang w:val="fr-FR"/>
        </w:rPr>
      </w:pPr>
      <w:r w:rsidRPr="0097042B">
        <w:rPr>
          <w:lang w:val="fr-FR"/>
        </w:rPr>
        <w:t>Chauffage : .....................................................</w:t>
      </w:r>
      <w:r w:rsidR="006D656B" w:rsidRPr="0097042B">
        <w:rPr>
          <w:lang w:val="fr-FR"/>
        </w:rPr>
        <w:t xml:space="preserve">   Electricité: ………………………………………………</w:t>
      </w:r>
    </w:p>
    <w:p w14:paraId="4D41D4C1" w14:textId="77777777" w:rsidR="00924492" w:rsidRPr="0097042B" w:rsidRDefault="00A71057">
      <w:pPr>
        <w:rPr>
          <w:lang w:val="fr-FR"/>
        </w:rPr>
      </w:pPr>
      <w:r w:rsidRPr="0097042B">
        <w:rPr>
          <w:lang w:val="fr-FR"/>
        </w:rPr>
        <w:t>Ce qui me</w:t>
      </w:r>
      <w:r w:rsidRPr="0097042B">
        <w:rPr>
          <w:lang w:val="fr-FR"/>
        </w:rPr>
        <w:t xml:space="preserve"> plaît :</w:t>
      </w:r>
    </w:p>
    <w:p w14:paraId="718BD903" w14:textId="38D0483E" w:rsidR="00924492" w:rsidRPr="0097042B" w:rsidRDefault="00A71057">
      <w:pPr>
        <w:rPr>
          <w:lang w:val="fr-FR"/>
        </w:rPr>
      </w:pPr>
      <w:r w:rsidRPr="0097042B">
        <w:rPr>
          <w:lang w:val="fr-FR"/>
        </w:rPr>
        <w:t>....................................................................................</w:t>
      </w:r>
      <w:r w:rsidR="006D656B" w:rsidRPr="0097042B">
        <w:rPr>
          <w:lang w:val="fr-FR"/>
        </w:rPr>
        <w:t>....................................................................................</w:t>
      </w:r>
    </w:p>
    <w:p w14:paraId="1D112D52" w14:textId="6DE30231" w:rsidR="00924492" w:rsidRPr="0097042B" w:rsidRDefault="00A71057">
      <w:pPr>
        <w:rPr>
          <w:lang w:val="fr-FR"/>
        </w:rPr>
      </w:pPr>
      <w:r w:rsidRPr="0097042B">
        <w:rPr>
          <w:lang w:val="fr-FR"/>
        </w:rPr>
        <w:t xml:space="preserve">Ce qui me </w:t>
      </w:r>
      <w:r w:rsidR="006D656B" w:rsidRPr="0097042B">
        <w:rPr>
          <w:lang w:val="fr-FR"/>
        </w:rPr>
        <w:t>dérange:</w:t>
      </w:r>
    </w:p>
    <w:p w14:paraId="3704658D" w14:textId="29703403" w:rsidR="00924492" w:rsidRPr="0097042B" w:rsidRDefault="00A71057">
      <w:pPr>
        <w:rPr>
          <w:lang w:val="fr-FR"/>
        </w:rPr>
      </w:pPr>
      <w:r w:rsidRPr="0097042B">
        <w:rPr>
          <w:lang w:val="fr-FR"/>
        </w:rPr>
        <w:t>...........................................................</w:t>
      </w:r>
      <w:r w:rsidRPr="0097042B">
        <w:rPr>
          <w:lang w:val="fr-FR"/>
        </w:rPr>
        <w:t>.........................</w:t>
      </w:r>
      <w:r w:rsidR="006D656B" w:rsidRPr="0097042B">
        <w:rPr>
          <w:lang w:val="fr-FR"/>
        </w:rPr>
        <w:t>...................................................................................</w:t>
      </w:r>
    </w:p>
    <w:p w14:paraId="2F5CC667" w14:textId="0DB3F5DA" w:rsidR="006D656B" w:rsidRPr="0097042B" w:rsidRDefault="006D656B">
      <w:pPr>
        <w:rPr>
          <w:lang w:val="fr-FR"/>
        </w:rPr>
      </w:pPr>
      <w:r w:rsidRPr="0097042B">
        <w:rPr>
          <w:lang w:val="fr-FR"/>
        </w:rPr>
        <w:t>Ce que je dois acheter pour mon confort</w:t>
      </w:r>
    </w:p>
    <w:p w14:paraId="06523D09" w14:textId="675D33A6" w:rsidR="006D656B" w:rsidRPr="0097042B" w:rsidRDefault="006D656B">
      <w:pPr>
        <w:rPr>
          <w:lang w:val="fr-FR"/>
        </w:rPr>
      </w:pPr>
      <w:r w:rsidRPr="0097042B">
        <w:rPr>
          <w:lang w:val="fr-FR"/>
        </w:rPr>
        <w:t>........................................................................................................................................................................</w:t>
      </w:r>
    </w:p>
    <w:p w14:paraId="3EB8A5FE" w14:textId="7DFFE17D" w:rsidR="00924492" w:rsidRPr="0097042B" w:rsidRDefault="00A71057">
      <w:pPr>
        <w:pStyle w:val="Titre2"/>
        <w:rPr>
          <w:lang w:val="fr-FR"/>
        </w:rPr>
      </w:pPr>
      <w:r w:rsidRPr="0097042B">
        <w:rPr>
          <w:lang w:val="fr-FR"/>
        </w:rPr>
        <w:t>Environnement</w:t>
      </w:r>
    </w:p>
    <w:p w14:paraId="4CC4DDF6" w14:textId="5D363393" w:rsidR="00924492" w:rsidRPr="0097042B" w:rsidRDefault="00A71057">
      <w:pPr>
        <w:rPr>
          <w:lang w:val="fr-FR"/>
        </w:rPr>
      </w:pPr>
      <w:r w:rsidRPr="0097042B">
        <w:rPr>
          <w:lang w:val="fr-FR"/>
        </w:rPr>
        <w:t>Commerces proches : ☐ Oui ☐ Non</w:t>
      </w:r>
      <w:r w:rsidR="006D656B" w:rsidRPr="0097042B">
        <w:rPr>
          <w:lang w:val="fr-FR"/>
        </w:rPr>
        <w:t>.  ………………………………………………………………….</w:t>
      </w:r>
    </w:p>
    <w:p w14:paraId="3783F44B" w14:textId="2238DF3D" w:rsidR="00924492" w:rsidRPr="0097042B" w:rsidRDefault="00A71057">
      <w:pPr>
        <w:rPr>
          <w:lang w:val="fr-FR"/>
        </w:rPr>
      </w:pPr>
      <w:r w:rsidRPr="0097042B">
        <w:rPr>
          <w:lang w:val="fr-FR"/>
        </w:rPr>
        <w:t>Transports proches : ☐ Oui ☐ Non</w:t>
      </w:r>
      <w:r w:rsidR="006D656B" w:rsidRPr="0097042B">
        <w:rPr>
          <w:lang w:val="fr-FR"/>
        </w:rPr>
        <w:t xml:space="preserve"> ……………………………………………………………………..</w:t>
      </w:r>
    </w:p>
    <w:p w14:paraId="5C3FB77D" w14:textId="3D9BBC22" w:rsidR="00924492" w:rsidRPr="0097042B" w:rsidRDefault="00A71057">
      <w:pPr>
        <w:rPr>
          <w:lang w:val="fr-FR"/>
        </w:rPr>
      </w:pPr>
      <w:r w:rsidRPr="0097042B">
        <w:rPr>
          <w:lang w:val="fr-FR"/>
        </w:rPr>
        <w:t>Quartier : ☐ Calme ☐ Animé ☐ Étudiant</w:t>
      </w:r>
    </w:p>
    <w:p w14:paraId="136F12E0" w14:textId="77777777" w:rsidR="00924492" w:rsidRPr="0097042B" w:rsidRDefault="00A71057">
      <w:pPr>
        <w:rPr>
          <w:lang w:val="fr-FR"/>
        </w:rPr>
      </w:pPr>
      <w:r w:rsidRPr="0097042B">
        <w:rPr>
          <w:lang w:val="fr-FR"/>
        </w:rPr>
        <w:t>Impression générale</w:t>
      </w:r>
      <w:r w:rsidRPr="0097042B">
        <w:rPr>
          <w:lang w:val="fr-FR"/>
        </w:rPr>
        <w:t xml:space="preserve"> du quartier :</w:t>
      </w:r>
    </w:p>
    <w:p w14:paraId="2733D466" w14:textId="77777777" w:rsidR="00924492" w:rsidRPr="0097042B" w:rsidRDefault="00A71057">
      <w:pPr>
        <w:rPr>
          <w:lang w:val="fr-FR"/>
        </w:rPr>
      </w:pPr>
      <w:r w:rsidRPr="0097042B">
        <w:rPr>
          <w:lang w:val="fr-FR"/>
        </w:rPr>
        <w:t>....................................................................................</w:t>
      </w:r>
    </w:p>
    <w:p w14:paraId="0A68094D" w14:textId="24D063C1" w:rsidR="00924492" w:rsidRPr="0097042B" w:rsidRDefault="00A71057">
      <w:pPr>
        <w:pStyle w:val="Titre2"/>
        <w:rPr>
          <w:lang w:val="fr-FR"/>
        </w:rPr>
      </w:pPr>
      <w:r w:rsidRPr="0097042B">
        <w:rPr>
          <w:lang w:val="fr-FR"/>
        </w:rPr>
        <w:t>Analyse personnelle</w:t>
      </w:r>
    </w:p>
    <w:p w14:paraId="543983F2" w14:textId="6056A8D8" w:rsidR="00924492" w:rsidRPr="0097042B" w:rsidRDefault="00A71057">
      <w:pPr>
        <w:rPr>
          <w:lang w:val="fr-FR"/>
        </w:rPr>
      </w:pPr>
      <w:r w:rsidRPr="0097042B">
        <w:rPr>
          <w:lang w:val="fr-FR"/>
        </w:rPr>
        <w:t>Points positifs :</w:t>
      </w:r>
      <w:r w:rsidR="006D656B" w:rsidRPr="0097042B">
        <w:rPr>
          <w:lang w:val="fr-FR"/>
        </w:rPr>
        <w:t xml:space="preserve">                                                                 Points négatifs :</w:t>
      </w:r>
    </w:p>
    <w:p w14:paraId="01C3A220" w14:textId="77777777" w:rsidR="006D656B" w:rsidRPr="0097042B" w:rsidRDefault="00A71057" w:rsidP="006D656B">
      <w:pPr>
        <w:rPr>
          <w:lang w:val="fr-FR"/>
        </w:rPr>
      </w:pPr>
      <w:r w:rsidRPr="0097042B">
        <w:rPr>
          <w:lang w:val="fr-FR"/>
        </w:rPr>
        <w:t>....................................</w:t>
      </w:r>
      <w:r w:rsidRPr="0097042B">
        <w:rPr>
          <w:lang w:val="fr-FR"/>
        </w:rPr>
        <w:t>................................................</w:t>
      </w:r>
      <w:r w:rsidR="006D656B" w:rsidRPr="0097042B">
        <w:rPr>
          <w:lang w:val="fr-FR"/>
        </w:rPr>
        <w:t xml:space="preserve">                 ....................................................................................</w:t>
      </w:r>
    </w:p>
    <w:p w14:paraId="5B34E6F7" w14:textId="66B8382E" w:rsidR="00924492" w:rsidRPr="0097042B" w:rsidRDefault="00A71057">
      <w:pPr>
        <w:rPr>
          <w:lang w:val="fr-FR"/>
        </w:rPr>
      </w:pPr>
      <w:r w:rsidRPr="0097042B">
        <w:rPr>
          <w:lang w:val="fr-FR"/>
        </w:rPr>
        <w:t>Note globale (/10) : ..........</w:t>
      </w:r>
      <w:r w:rsidR="006D656B" w:rsidRPr="0097042B">
        <w:rPr>
          <w:lang w:val="fr-FR"/>
        </w:rPr>
        <w:t>...........</w:t>
      </w:r>
    </w:p>
    <w:p w14:paraId="178D679A" w14:textId="77777777" w:rsidR="00924492" w:rsidRPr="0097042B" w:rsidRDefault="00A71057">
      <w:pPr>
        <w:rPr>
          <w:lang w:val="fr-FR"/>
        </w:rPr>
      </w:pPr>
      <w:r w:rsidRPr="0097042B">
        <w:rPr>
          <w:lang w:val="fr-FR"/>
        </w:rPr>
        <w:lastRenderedPageBreak/>
        <w:t>Est-ce que je choisirais ce logement ? ☐ Oui ☐ Non</w:t>
      </w:r>
    </w:p>
    <w:p w14:paraId="19FFC4E5" w14:textId="3FC6F2D3" w:rsidR="0097042B" w:rsidRPr="0097042B" w:rsidRDefault="00A71057" w:rsidP="0097042B">
      <w:pPr>
        <w:rPr>
          <w:lang w:val="fr-FR"/>
        </w:rPr>
      </w:pPr>
      <w:r w:rsidRPr="0097042B">
        <w:rPr>
          <w:lang w:val="fr-FR"/>
        </w:rPr>
        <w:t>Pourquoi ?</w:t>
      </w:r>
      <w:r w:rsidR="0097042B" w:rsidRPr="0097042B">
        <w:rPr>
          <w:lang w:val="fr-FR"/>
        </w:rPr>
        <w:t xml:space="preserve"> </w:t>
      </w:r>
      <w:r w:rsidRPr="0097042B">
        <w:rPr>
          <w:lang w:val="fr-FR"/>
        </w:rPr>
        <w:t>.</w:t>
      </w:r>
      <w:r w:rsidRPr="0097042B">
        <w:rPr>
          <w:lang w:val="fr-FR"/>
        </w:rPr>
        <w:t>...................................................................................</w:t>
      </w:r>
      <w:r w:rsidR="0097042B" w:rsidRPr="0097042B">
        <w:rPr>
          <w:lang w:val="fr-FR"/>
        </w:rPr>
        <w:t>.............................................................................</w:t>
      </w:r>
    </w:p>
    <w:p w14:paraId="1A83CAB5" w14:textId="2243B191" w:rsidR="00924492" w:rsidRPr="0097042B" w:rsidRDefault="00A71057" w:rsidP="0097042B">
      <w:pPr>
        <w:pStyle w:val="Titre2"/>
        <w:rPr>
          <w:lang w:val="fr-FR"/>
        </w:rPr>
      </w:pPr>
      <w:r w:rsidRPr="0097042B">
        <w:rPr>
          <w:lang w:val="fr-FR"/>
        </w:rPr>
        <w:t xml:space="preserve"> Les bons réflexes à retenir</w:t>
      </w:r>
    </w:p>
    <w:p w14:paraId="3148EDF2" w14:textId="301B1801" w:rsidR="006D656B" w:rsidRPr="0097042B" w:rsidRDefault="00A71057" w:rsidP="006D656B">
      <w:pPr>
        <w:rPr>
          <w:lang w:val="fr-FR"/>
        </w:rPr>
      </w:pPr>
      <w:r w:rsidRPr="0097042B">
        <w:rPr>
          <w:lang w:val="fr-FR"/>
        </w:rPr>
        <w:t xml:space="preserve">1. </w:t>
      </w:r>
      <w:r w:rsidRPr="0097042B">
        <w:rPr>
          <w:lang w:val="fr-FR"/>
        </w:rPr>
        <w:t>....................................................................................</w:t>
      </w:r>
      <w:r w:rsidR="006D656B" w:rsidRPr="0097042B">
        <w:rPr>
          <w:lang w:val="fr-FR"/>
        </w:rPr>
        <w:t xml:space="preserve">          3. ....................................................................................</w:t>
      </w:r>
    </w:p>
    <w:p w14:paraId="55DD3C4C" w14:textId="5C1FEDCD" w:rsidR="006D656B" w:rsidRPr="0097042B" w:rsidRDefault="006D656B" w:rsidP="006D656B">
      <w:pPr>
        <w:rPr>
          <w:lang w:val="fr-FR"/>
        </w:rPr>
      </w:pPr>
      <w:r w:rsidRPr="0097042B">
        <w:rPr>
          <w:lang w:val="fr-FR"/>
        </w:rPr>
        <w:t>2. ....................................................................................          4. ....................................................................................</w:t>
      </w:r>
    </w:p>
    <w:p w14:paraId="0A500681" w14:textId="77777777" w:rsidR="006D656B" w:rsidRPr="0097042B" w:rsidRDefault="006D656B">
      <w:pPr>
        <w:rPr>
          <w:lang w:val="fr-FR"/>
        </w:rPr>
      </w:pPr>
    </w:p>
    <w:p w14:paraId="1ABEBDFC" w14:textId="77777777" w:rsidR="0097042B" w:rsidRPr="0097042B" w:rsidRDefault="0097042B">
      <w:pPr>
        <w:rPr>
          <w:lang w:val="fr-FR"/>
        </w:rPr>
      </w:pPr>
    </w:p>
    <w:p w14:paraId="5D4C637E" w14:textId="28995B66" w:rsidR="006D656B" w:rsidRPr="00B77A02" w:rsidRDefault="0097042B" w:rsidP="0097042B">
      <w:pPr>
        <w:jc w:val="center"/>
        <w:rPr>
          <w:color w:val="000000" w:themeColor="text1"/>
          <w:sz w:val="36"/>
          <w:szCs w:val="36"/>
          <w:lang w:val="fr-FR"/>
        </w:rPr>
      </w:pPr>
      <w:r w:rsidRPr="00B77A02">
        <w:rPr>
          <w:color w:val="000000" w:themeColor="text1"/>
          <w:sz w:val="36"/>
          <w:szCs w:val="36"/>
          <w:lang w:val="fr-FR"/>
        </w:rPr>
        <w:t>Notes pour moi-même</w:t>
      </w:r>
    </w:p>
    <w:p w14:paraId="6672BBBD" w14:textId="5E9DF67E" w:rsidR="0097042B" w:rsidRPr="0097042B" w:rsidRDefault="0097042B" w:rsidP="0097042B">
      <w:pPr>
        <w:jc w:val="both"/>
        <w:rPr>
          <w:color w:val="548DD4" w:themeColor="text2" w:themeTint="99"/>
          <w:lang w:val="fr-FR"/>
        </w:rPr>
      </w:pPr>
      <w:r>
        <w:rPr>
          <w:noProof/>
          <w:color w:val="1F497D" w:themeColor="text2"/>
          <w:lang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06363C" wp14:editId="63EA1812">
                <wp:simplePos x="0" y="0"/>
                <wp:positionH relativeFrom="column">
                  <wp:posOffset>-431376</wp:posOffset>
                </wp:positionH>
                <wp:positionV relativeFrom="paragraph">
                  <wp:posOffset>221615</wp:posOffset>
                </wp:positionV>
                <wp:extent cx="6427893" cy="1483360"/>
                <wp:effectExtent l="0" t="0" r="11430" b="15240"/>
                <wp:wrapNone/>
                <wp:docPr id="1988761563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7893" cy="148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951120" w14:textId="77777777" w:rsidR="0097042B" w:rsidRDefault="009704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6363C" id="Zone de texte 5" o:spid="_x0000_s1028" type="#_x0000_t202" style="position:absolute;left:0;text-align:left;margin-left:-33.95pt;margin-top:17.45pt;width:506.15pt;height:116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" fillcolor="white [3201]" strokeweight=".5pt">
                <v:textbox>
                  <w:txbxContent>
                    <w:p w14:paraId="1F951120" w14:textId="77777777" w:rsidR="0097042B" w:rsidRDefault="0097042B"/>
                  </w:txbxContent>
                </v:textbox>
              </v:shape>
            </w:pict>
          </mc:Fallback>
        </mc:AlternateContent>
      </w:r>
      <w:r w:rsidRPr="0097042B">
        <w:rPr>
          <w:color w:val="548DD4" w:themeColor="text2" w:themeTint="99"/>
          <w:lang w:val="fr-FR"/>
        </w:rPr>
        <w:t>Pour retrouver ce logement sur Internet:</w:t>
      </w:r>
    </w:p>
    <w:p w14:paraId="097050B4" w14:textId="77777777" w:rsidR="0097042B" w:rsidRDefault="0097042B" w:rsidP="0097042B">
      <w:pPr>
        <w:jc w:val="both"/>
        <w:rPr>
          <w:color w:val="548DD4" w:themeColor="text2" w:themeTint="99"/>
          <w:lang w:val="fr-FR"/>
        </w:rPr>
      </w:pPr>
    </w:p>
    <w:p w14:paraId="4D4AA394" w14:textId="77777777" w:rsidR="0097042B" w:rsidRPr="0097042B" w:rsidRDefault="0097042B" w:rsidP="0097042B">
      <w:pPr>
        <w:rPr>
          <w:lang w:val="fr-FR"/>
        </w:rPr>
      </w:pPr>
    </w:p>
    <w:p w14:paraId="0F714226" w14:textId="77777777" w:rsidR="0097042B" w:rsidRPr="0097042B" w:rsidRDefault="0097042B" w:rsidP="0097042B">
      <w:pPr>
        <w:rPr>
          <w:lang w:val="fr-FR"/>
        </w:rPr>
      </w:pPr>
    </w:p>
    <w:p w14:paraId="29CF6349" w14:textId="77777777" w:rsidR="0097042B" w:rsidRDefault="0097042B" w:rsidP="0097042B">
      <w:pPr>
        <w:rPr>
          <w:color w:val="548DD4" w:themeColor="text2" w:themeTint="99"/>
          <w:lang w:val="fr-FR"/>
        </w:rPr>
      </w:pPr>
    </w:p>
    <w:p w14:paraId="42851332" w14:textId="77777777" w:rsidR="0097042B" w:rsidRDefault="0097042B" w:rsidP="0097042B">
      <w:pPr>
        <w:rPr>
          <w:lang w:val="fr-FR"/>
        </w:rPr>
      </w:pPr>
    </w:p>
    <w:p w14:paraId="04A47122" w14:textId="4BDE04D7" w:rsidR="0097042B" w:rsidRDefault="0097042B" w:rsidP="0097042B">
      <w:pPr>
        <w:rPr>
          <w:color w:val="548DD4" w:themeColor="text2" w:themeTint="99"/>
          <w:lang w:val="fr-FR"/>
        </w:rPr>
      </w:pPr>
      <w:r>
        <w:rPr>
          <w:noProof/>
          <w:color w:val="1F497D" w:themeColor="text2"/>
          <w:lang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C63FFF" wp14:editId="58725E5C">
                <wp:simplePos x="0" y="0"/>
                <wp:positionH relativeFrom="column">
                  <wp:posOffset>-391584</wp:posOffset>
                </wp:positionH>
                <wp:positionV relativeFrom="paragraph">
                  <wp:posOffset>313690</wp:posOffset>
                </wp:positionV>
                <wp:extent cx="6427470" cy="4991947"/>
                <wp:effectExtent l="0" t="0" r="11430" b="12065"/>
                <wp:wrapNone/>
                <wp:docPr id="1720074734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7470" cy="49919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10AF9F" w14:textId="77777777" w:rsidR="0097042B" w:rsidRDefault="0097042B" w:rsidP="009704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63FFF" id="_x0000_s1029" type="#_x0000_t202" style="position:absolute;margin-left:-30.85pt;margin-top:24.7pt;width:506.1pt;height:393.0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" fillcolor="white [3201]" strokeweight=".5pt">
                <v:textbox>
                  <w:txbxContent>
                    <w:p w14:paraId="3210AF9F" w14:textId="77777777" w:rsidR="0097042B" w:rsidRDefault="0097042B" w:rsidP="0097042B"/>
                  </w:txbxContent>
                </v:textbox>
              </v:shape>
            </w:pict>
          </mc:Fallback>
        </mc:AlternateContent>
      </w:r>
      <w:r>
        <w:rPr>
          <w:color w:val="548DD4" w:themeColor="text2" w:themeTint="99"/>
          <w:lang w:val="fr-FR"/>
        </w:rPr>
        <w:t>Je fais une capture d’écran/impression de la zone de recherche</w:t>
      </w:r>
      <w:r w:rsidRPr="0097042B">
        <w:rPr>
          <w:color w:val="548DD4" w:themeColor="text2" w:themeTint="99"/>
          <w:lang w:val="fr-FR"/>
        </w:rPr>
        <w:t>:</w:t>
      </w:r>
    </w:p>
    <w:p w14:paraId="1B980551" w14:textId="2342FCCD" w:rsidR="0097042B" w:rsidRPr="0097042B" w:rsidRDefault="0097042B" w:rsidP="0097042B">
      <w:pPr>
        <w:rPr>
          <w:lang w:val="fr-FR"/>
        </w:rPr>
      </w:pPr>
    </w:p>
    <w:sectPr w:rsidR="0097042B" w:rsidRPr="0097042B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6414FA"/>
    <w:rsid w:val="006D656B"/>
    <w:rsid w:val="00924492"/>
    <w:rsid w:val="0097042B"/>
    <w:rsid w:val="00A71057"/>
    <w:rsid w:val="00AA1D8D"/>
    <w:rsid w:val="00B47730"/>
    <w:rsid w:val="00B52B08"/>
    <w:rsid w:val="00B77A02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D2FFA3"/>
  <w14:defaultImageDpi w14:val="300"/>
  <w15:docId w15:val="{B3DB84D4-67CF-D54A-BD79-346401883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693F"/>
  </w:style>
  <w:style w:type="paragraph" w:styleId="Titre1">
    <w:name w:val="heading 1"/>
    <w:basedOn w:val="Normal"/>
    <w:next w:val="Normal"/>
    <w:link w:val="Titre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18BF"/>
  </w:style>
  <w:style w:type="paragraph" w:styleId="Pieddepage">
    <w:name w:val="footer"/>
    <w:basedOn w:val="Normal"/>
    <w:link w:val="Pieddepag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18BF"/>
  </w:style>
  <w:style w:type="paragraph" w:styleId="Sansinterligne">
    <w:name w:val="No Spacing"/>
    <w:uiPriority w:val="1"/>
    <w:qFormat/>
    <w:rsid w:val="00FC693F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AA1D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AA1D8D"/>
  </w:style>
  <w:style w:type="paragraph" w:styleId="Corpsdetexte2">
    <w:name w:val="Body Text 2"/>
    <w:basedOn w:val="Normal"/>
    <w:link w:val="Corpsdetexte2Car"/>
    <w:uiPriority w:val="99"/>
    <w:unhideWhenUsed/>
    <w:rsid w:val="00AA1D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AA1D8D"/>
  </w:style>
  <w:style w:type="paragraph" w:styleId="Corpsdetexte3">
    <w:name w:val="Body Text 3"/>
    <w:basedOn w:val="Normal"/>
    <w:link w:val="Corpsdetex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puc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edemacro">
    <w:name w:val="macro"/>
    <w:link w:val="Textede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rsid w:val="0029639D"/>
    <w:rPr>
      <w:rFonts w:ascii="Courier" w:hAnsi="Courier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C693F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C693F"/>
    <w:rPr>
      <w:i/>
      <w:i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FC693F"/>
    <w:rPr>
      <w:b/>
      <w:bCs/>
    </w:rPr>
  </w:style>
  <w:style w:type="character" w:styleId="Accentuation">
    <w:name w:val="Emphasis"/>
    <w:basedOn w:val="Policepardfaut"/>
    <w:uiPriority w:val="20"/>
    <w:qFormat/>
    <w:rsid w:val="00FC693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693F"/>
    <w:rPr>
      <w:b/>
      <w:bCs/>
      <w:i/>
      <w:iCs/>
      <w:color w:val="4F81BD" w:themeColor="accent1"/>
    </w:rPr>
  </w:style>
  <w:style w:type="character" w:styleId="Emphaseple">
    <w:name w:val="Subtle Emphasis"/>
    <w:basedOn w:val="Policepardfaut"/>
    <w:uiPriority w:val="19"/>
    <w:qFormat/>
    <w:rsid w:val="00FC693F"/>
    <w:rPr>
      <w:i/>
      <w:iCs/>
      <w:color w:val="808080" w:themeColor="text1" w:themeTint="7F"/>
    </w:rPr>
  </w:style>
  <w:style w:type="character" w:styleId="Emphaseintense">
    <w:name w:val="Intense Emphasis"/>
    <w:basedOn w:val="Policepardfaut"/>
    <w:uiPriority w:val="21"/>
    <w:qFormat/>
    <w:rsid w:val="00FC693F"/>
    <w:rPr>
      <w:b/>
      <w:bCs/>
      <w:i/>
      <w:iCs/>
      <w:color w:val="4F81BD" w:themeColor="accent1"/>
    </w:rPr>
  </w:style>
  <w:style w:type="character" w:styleId="Rfrenceple">
    <w:name w:val="Subtle Reference"/>
    <w:basedOn w:val="Policepardfaut"/>
    <w:uiPriority w:val="31"/>
    <w:qFormat/>
    <w:rsid w:val="00FC693F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FC693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C693F"/>
    <w:pPr>
      <w:outlineLvl w:val="9"/>
    </w:pPr>
  </w:style>
  <w:style w:type="table" w:styleId="Grilledutableau">
    <w:name w:val="Table Grid"/>
    <w:basedOn w:val="Tableau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eclaire">
    <w:name w:val="Light List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claire">
    <w:name w:val="Light Grid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ramemoyenne1">
    <w:name w:val="Medium Shading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moyenne1">
    <w:name w:val="Medium Lis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moyenne2">
    <w:name w:val="Medium Lis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">
    <w:name w:val="Medium Grid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llemoyenne2">
    <w:name w:val="Medium Grid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fonce">
    <w:name w:val="Dark List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Tramecouleur">
    <w:name w:val="Colorful Shading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couleur">
    <w:name w:val="Colorful List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llecouleur">
    <w:name w:val="Colorful Grid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BC31C24-454E-4E40-844B-C73BFAAB8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589</Words>
  <Characters>3363</Characters>
  <Application>Microsoft Office Word</Application>
  <DocSecurity>0</DocSecurity>
  <Lines>28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3945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moeragi.rey</cp:lastModifiedBy>
  <cp:revision>2</cp:revision>
  <dcterms:created xsi:type="dcterms:W3CDTF">2026-03-30T17:06:00Z</dcterms:created>
  <dcterms:modified xsi:type="dcterms:W3CDTF">2026-03-30T17:06:00Z</dcterms:modified>
  <cp:category/>
</cp:coreProperties>
</file>